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D3784" w14:textId="77777777" w:rsidR="00E91DDC" w:rsidRPr="004B3ECF" w:rsidRDefault="00000000">
      <w:pPr>
        <w:spacing w:after="40"/>
        <w:jc w:val="center"/>
        <w:rPr>
          <w:lang w:val="es-CL"/>
        </w:rPr>
      </w:pPr>
      <w:r w:rsidRPr="004B3ECF">
        <w:rPr>
          <w:b/>
          <w:color w:val="1A252F"/>
          <w:sz w:val="40"/>
          <w:lang w:val="es-CL"/>
        </w:rPr>
        <w:t>NOMBRE COMPLETO</w:t>
      </w:r>
    </w:p>
    <w:p w14:paraId="16A7B945" w14:textId="77777777" w:rsidR="00E91DDC" w:rsidRPr="004B3ECF" w:rsidRDefault="00000000">
      <w:pPr>
        <w:pBdr>
          <w:bottom w:val="single" w:sz="12" w:space="4" w:color="2C3E50"/>
        </w:pBdr>
        <w:spacing w:after="240"/>
        <w:jc w:val="center"/>
        <w:rPr>
          <w:lang w:val="es-CL"/>
        </w:rPr>
      </w:pPr>
      <w:r w:rsidRPr="004B3ECF">
        <w:rPr>
          <w:color w:val="666666"/>
          <w:sz w:val="19"/>
          <w:lang w:val="es-CL"/>
        </w:rPr>
        <w:t xml:space="preserve">+56 9 1234 </w:t>
      </w:r>
      <w:proofErr w:type="gramStart"/>
      <w:r w:rsidRPr="004B3ECF">
        <w:rPr>
          <w:color w:val="666666"/>
          <w:sz w:val="19"/>
          <w:lang w:val="es-CL"/>
        </w:rPr>
        <w:t>5678  •</w:t>
      </w:r>
      <w:proofErr w:type="gramEnd"/>
      <w:r w:rsidRPr="004B3ECF">
        <w:rPr>
          <w:color w:val="666666"/>
          <w:sz w:val="19"/>
          <w:lang w:val="es-CL"/>
        </w:rPr>
        <w:t xml:space="preserve">  </w:t>
      </w:r>
      <w:proofErr w:type="gramStart"/>
      <w:r w:rsidRPr="004B3ECF">
        <w:rPr>
          <w:color w:val="666666"/>
          <w:sz w:val="19"/>
          <w:lang w:val="es-CL"/>
        </w:rPr>
        <w:t>correo.profesional@email.com  •</w:t>
      </w:r>
      <w:proofErr w:type="gramEnd"/>
      <w:r w:rsidRPr="004B3ECF">
        <w:rPr>
          <w:color w:val="666666"/>
          <w:sz w:val="19"/>
          <w:lang w:val="es-CL"/>
        </w:rPr>
        <w:t xml:space="preserve">  Santiago, Chile</w:t>
      </w:r>
      <w:r w:rsidRPr="004B3ECF">
        <w:rPr>
          <w:color w:val="666666"/>
          <w:sz w:val="19"/>
          <w:lang w:val="es-CL"/>
        </w:rPr>
        <w:br/>
        <w:t>linkedin.com/in/tu-</w:t>
      </w:r>
      <w:proofErr w:type="gramStart"/>
      <w:r w:rsidRPr="004B3ECF">
        <w:rPr>
          <w:color w:val="666666"/>
          <w:sz w:val="19"/>
          <w:lang w:val="es-CL"/>
        </w:rPr>
        <w:t>perfil  •</w:t>
      </w:r>
      <w:proofErr w:type="gramEnd"/>
      <w:r w:rsidRPr="004B3ECF">
        <w:rPr>
          <w:color w:val="666666"/>
          <w:sz w:val="19"/>
          <w:lang w:val="es-CL"/>
        </w:rPr>
        <w:t xml:space="preserve">  tu-sitio-web.com</w:t>
      </w:r>
    </w:p>
    <w:p w14:paraId="3B7B3846" w14:textId="77777777" w:rsidR="00E91DDC" w:rsidRPr="004B3ECF" w:rsidRDefault="00000000">
      <w:pPr>
        <w:keepNext/>
        <w:pBdr>
          <w:bottom w:val="single" w:sz="6" w:space="4" w:color="DCDDE1"/>
        </w:pBdr>
        <w:spacing w:before="240" w:after="120"/>
        <w:rPr>
          <w:lang w:val="es-CL"/>
        </w:rPr>
      </w:pPr>
      <w:r w:rsidRPr="004B3ECF">
        <w:rPr>
          <w:b/>
          <w:color w:val="2C3E50"/>
          <w:sz w:val="23"/>
          <w:lang w:val="es-CL"/>
        </w:rPr>
        <w:t>PERFIL PROFESIONAL</w:t>
      </w:r>
    </w:p>
    <w:p w14:paraId="012AB5B7" w14:textId="77777777" w:rsidR="00E91DDC" w:rsidRPr="004B3ECF" w:rsidRDefault="00000000">
      <w:pPr>
        <w:spacing w:after="160"/>
        <w:rPr>
          <w:lang w:val="es-CL"/>
        </w:rPr>
      </w:pPr>
      <w:r w:rsidRPr="004B3ECF">
        <w:rPr>
          <w:lang w:val="es-CL"/>
        </w:rPr>
        <w:t>Escribe aquí tu perfil profesional en 3 a 5 líneas. Resalta tu experiencia principal, tus fortalezas clave y tu valor diferenciador para la empresa a la que postulas. Evita frases vacías e incluye palabras clave específicas de tu industria o área laboral.</w:t>
      </w:r>
    </w:p>
    <w:p w14:paraId="5E89F09D" w14:textId="77777777" w:rsidR="00E91DDC" w:rsidRDefault="00000000">
      <w:pPr>
        <w:keepNext/>
        <w:pBdr>
          <w:bottom w:val="single" w:sz="6" w:space="4" w:color="DCDDE1"/>
        </w:pBdr>
        <w:spacing w:before="240" w:after="120"/>
      </w:pPr>
      <w:r>
        <w:rPr>
          <w:b/>
          <w:color w:val="2C3E50"/>
          <w:sz w:val="23"/>
        </w:rPr>
        <w:t>EXPERIENCIA LABORAL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E91DDC" w14:paraId="7F924F0C" w14:textId="77777777">
        <w:tc>
          <w:tcPr>
            <w:tcW w:w="51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0ADA5" w14:textId="77777777" w:rsidR="00E91DDC" w:rsidRDefault="00000000">
            <w:pPr>
              <w:spacing w:after="20"/>
            </w:pPr>
            <w:r>
              <w:rPr>
                <w:b/>
                <w:color w:val="1A252F"/>
              </w:rPr>
              <w:t>Nombre del Cargo / Puesto</w:t>
            </w:r>
          </w:p>
        </w:tc>
        <w:tc>
          <w:tcPr>
            <w:tcW w:w="51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28CDB" w14:textId="77777777" w:rsidR="00E91DDC" w:rsidRDefault="00000000">
            <w:pPr>
              <w:spacing w:after="20"/>
              <w:jc w:val="right"/>
            </w:pPr>
            <w:r>
              <w:rPr>
                <w:color w:val="666666"/>
                <w:sz w:val="19"/>
              </w:rPr>
              <w:t>Mes Año – Presente</w:t>
            </w:r>
          </w:p>
        </w:tc>
      </w:tr>
    </w:tbl>
    <w:p w14:paraId="2AEF86FC" w14:textId="77777777" w:rsidR="00E91DDC" w:rsidRPr="004B3ECF" w:rsidRDefault="00000000">
      <w:pPr>
        <w:spacing w:after="60"/>
        <w:rPr>
          <w:lang w:val="es-CL"/>
        </w:rPr>
      </w:pPr>
      <w:r w:rsidRPr="004B3ECF">
        <w:rPr>
          <w:b/>
          <w:color w:val="666666"/>
          <w:sz w:val="20"/>
          <w:lang w:val="es-CL"/>
        </w:rPr>
        <w:t>Nombre de la Empresa | Ciudad, País</w:t>
      </w:r>
    </w:p>
    <w:p w14:paraId="421A3342" w14:textId="77777777" w:rsidR="00E91DDC" w:rsidRPr="004B3ECF" w:rsidRDefault="00000000">
      <w:pPr>
        <w:pStyle w:val="Listaconvietas"/>
        <w:spacing w:after="40"/>
        <w:rPr>
          <w:lang w:val="es-CL"/>
        </w:rPr>
      </w:pPr>
      <w:r w:rsidRPr="004B3ECF">
        <w:rPr>
          <w:b/>
          <w:lang w:val="es-CL"/>
        </w:rPr>
        <w:t>Logro / Responsabilidad clave:</w:t>
      </w:r>
      <w:r w:rsidRPr="004B3ECF">
        <w:rPr>
          <w:lang w:val="es-CL"/>
        </w:rPr>
        <w:t xml:space="preserve"> Descripción de tareas principales, métricas alcanzadas o mejoras implementadas utilizando verbos de acción.</w:t>
      </w:r>
    </w:p>
    <w:p w14:paraId="1F6DA3D0" w14:textId="77777777" w:rsidR="00E91DDC" w:rsidRPr="004B3ECF" w:rsidRDefault="00000000">
      <w:pPr>
        <w:pStyle w:val="Listaconvietas"/>
        <w:spacing w:after="40"/>
        <w:rPr>
          <w:lang w:val="es-CL"/>
        </w:rPr>
      </w:pPr>
      <w:r w:rsidRPr="004B3ECF">
        <w:rPr>
          <w:lang w:val="es-CL"/>
        </w:rPr>
        <w:t>Coordinación de equipos o gestión de herramientas específicas relevantes para el cargo.</w:t>
      </w:r>
    </w:p>
    <w:p w14:paraId="4C322B3F" w14:textId="77777777" w:rsidR="00E91DDC" w:rsidRPr="004B3ECF" w:rsidRDefault="00E91DDC">
      <w:pPr>
        <w:rPr>
          <w:lang w:val="es-C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E91DDC" w14:paraId="7A6B1F9C" w14:textId="77777777">
        <w:tc>
          <w:tcPr>
            <w:tcW w:w="51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1E1B6" w14:textId="77777777" w:rsidR="00E91DDC" w:rsidRDefault="00000000">
            <w:pPr>
              <w:spacing w:after="20"/>
            </w:pPr>
            <w:r>
              <w:rPr>
                <w:b/>
                <w:color w:val="1A252F"/>
              </w:rPr>
              <w:t>Nombre del Cargo Anterior</w:t>
            </w:r>
          </w:p>
        </w:tc>
        <w:tc>
          <w:tcPr>
            <w:tcW w:w="51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CC415" w14:textId="77777777" w:rsidR="00E91DDC" w:rsidRDefault="00000000">
            <w:pPr>
              <w:spacing w:after="20"/>
              <w:jc w:val="right"/>
            </w:pPr>
            <w:r>
              <w:rPr>
                <w:color w:val="666666"/>
                <w:sz w:val="19"/>
              </w:rPr>
              <w:t>Mes Año – Mes Año</w:t>
            </w:r>
          </w:p>
        </w:tc>
      </w:tr>
    </w:tbl>
    <w:p w14:paraId="7AA89689" w14:textId="77777777" w:rsidR="00E91DDC" w:rsidRPr="004B3ECF" w:rsidRDefault="00000000">
      <w:pPr>
        <w:spacing w:after="60"/>
        <w:rPr>
          <w:lang w:val="es-CL"/>
        </w:rPr>
      </w:pPr>
      <w:r w:rsidRPr="004B3ECF">
        <w:rPr>
          <w:b/>
          <w:color w:val="666666"/>
          <w:sz w:val="20"/>
          <w:lang w:val="es-CL"/>
        </w:rPr>
        <w:t>Nombre de la Empresa Anterior | Ciudad, País</w:t>
      </w:r>
    </w:p>
    <w:p w14:paraId="30A3F125" w14:textId="77777777" w:rsidR="00E91DDC" w:rsidRPr="004B3ECF" w:rsidRDefault="00000000">
      <w:pPr>
        <w:pStyle w:val="Listaconvietas"/>
        <w:spacing w:after="40"/>
        <w:rPr>
          <w:lang w:val="es-CL"/>
        </w:rPr>
      </w:pPr>
      <w:r w:rsidRPr="004B3ECF">
        <w:rPr>
          <w:lang w:val="es-CL"/>
        </w:rPr>
        <w:t>Descripción concisa del rol y el impacto generado en la organización.</w:t>
      </w:r>
    </w:p>
    <w:p w14:paraId="1C66D729" w14:textId="77777777" w:rsidR="00E91DDC" w:rsidRPr="004B3ECF" w:rsidRDefault="00000000">
      <w:pPr>
        <w:pStyle w:val="Listaconvietas"/>
        <w:spacing w:after="40"/>
        <w:rPr>
          <w:lang w:val="es-CL"/>
        </w:rPr>
      </w:pPr>
      <w:r w:rsidRPr="004B3ECF">
        <w:rPr>
          <w:lang w:val="es-CL"/>
        </w:rPr>
        <w:t>Liderazgo de proyectos o iniciativas específicas mencionando tecnologías/herramientas clave.</w:t>
      </w:r>
    </w:p>
    <w:p w14:paraId="3058F4A5" w14:textId="77777777" w:rsidR="00E91DDC" w:rsidRPr="004B3ECF" w:rsidRDefault="00E91DDC">
      <w:pPr>
        <w:rPr>
          <w:lang w:val="es-CL"/>
        </w:rPr>
      </w:pPr>
    </w:p>
    <w:p w14:paraId="5FAE32FC" w14:textId="77777777" w:rsidR="00E91DDC" w:rsidRDefault="00000000">
      <w:pPr>
        <w:keepNext/>
        <w:pBdr>
          <w:bottom w:val="single" w:sz="6" w:space="4" w:color="DCDDE1"/>
        </w:pBdr>
        <w:spacing w:before="240" w:after="120"/>
      </w:pPr>
      <w:r>
        <w:rPr>
          <w:b/>
          <w:color w:val="2C3E50"/>
          <w:sz w:val="23"/>
        </w:rPr>
        <w:t>FORMACIÓN ACADÉMICA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E91DDC" w14:paraId="56EC8587" w14:textId="77777777">
        <w:tc>
          <w:tcPr>
            <w:tcW w:w="51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6CD9B" w14:textId="77777777" w:rsidR="00E91DDC" w:rsidRPr="004B3ECF" w:rsidRDefault="00000000">
            <w:pPr>
              <w:spacing w:after="20"/>
              <w:rPr>
                <w:lang w:val="es-CL"/>
              </w:rPr>
            </w:pPr>
            <w:r w:rsidRPr="004B3ECF">
              <w:rPr>
                <w:b/>
                <w:color w:val="1A252F"/>
                <w:lang w:val="es-CL"/>
              </w:rPr>
              <w:t>Título Profesional o Grado Académico</w:t>
            </w:r>
          </w:p>
        </w:tc>
        <w:tc>
          <w:tcPr>
            <w:tcW w:w="51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A87E8" w14:textId="77777777" w:rsidR="00E91DDC" w:rsidRDefault="00000000">
            <w:pPr>
              <w:spacing w:after="20"/>
              <w:jc w:val="right"/>
            </w:pPr>
            <w:r>
              <w:rPr>
                <w:color w:val="666666"/>
                <w:sz w:val="19"/>
              </w:rPr>
              <w:t xml:space="preserve">Año </w:t>
            </w:r>
            <w:proofErr w:type="spellStart"/>
            <w:r>
              <w:rPr>
                <w:color w:val="666666"/>
                <w:sz w:val="19"/>
              </w:rPr>
              <w:t>Inicio</w:t>
            </w:r>
            <w:proofErr w:type="spellEnd"/>
            <w:r>
              <w:rPr>
                <w:color w:val="666666"/>
                <w:sz w:val="19"/>
              </w:rPr>
              <w:t xml:space="preserve"> – Año Fin</w:t>
            </w:r>
          </w:p>
        </w:tc>
      </w:tr>
    </w:tbl>
    <w:p w14:paraId="4ACB795D" w14:textId="77777777" w:rsidR="00E91DDC" w:rsidRPr="004B3ECF" w:rsidRDefault="00000000">
      <w:pPr>
        <w:spacing w:after="60"/>
        <w:rPr>
          <w:lang w:val="es-CL"/>
        </w:rPr>
      </w:pPr>
      <w:r w:rsidRPr="004B3ECF">
        <w:rPr>
          <w:b/>
          <w:color w:val="666666"/>
          <w:sz w:val="20"/>
          <w:lang w:val="es-CL"/>
        </w:rPr>
        <w:t>Nombre de la Universidad o Institución | Ciudad, País</w:t>
      </w:r>
    </w:p>
    <w:p w14:paraId="7AFBBF25" w14:textId="77777777" w:rsidR="00E91DDC" w:rsidRPr="004B3ECF" w:rsidRDefault="00E91DDC">
      <w:pPr>
        <w:rPr>
          <w:lang w:val="es-C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E91DDC" w14:paraId="1EFE0604" w14:textId="77777777">
        <w:tc>
          <w:tcPr>
            <w:tcW w:w="51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0F0E5" w14:textId="77777777" w:rsidR="00E91DDC" w:rsidRDefault="00000000">
            <w:pPr>
              <w:spacing w:after="20"/>
            </w:pPr>
            <w:proofErr w:type="spellStart"/>
            <w:r>
              <w:rPr>
                <w:b/>
                <w:color w:val="1A252F"/>
              </w:rPr>
              <w:t>Curso</w:t>
            </w:r>
            <w:proofErr w:type="spellEnd"/>
            <w:r>
              <w:rPr>
                <w:b/>
                <w:color w:val="1A252F"/>
              </w:rPr>
              <w:t xml:space="preserve">, </w:t>
            </w:r>
            <w:proofErr w:type="spellStart"/>
            <w:r>
              <w:rPr>
                <w:b/>
                <w:color w:val="1A252F"/>
              </w:rPr>
              <w:t>Certificación</w:t>
            </w:r>
            <w:proofErr w:type="spellEnd"/>
            <w:r>
              <w:rPr>
                <w:b/>
                <w:color w:val="1A252F"/>
              </w:rPr>
              <w:t xml:space="preserve"> o </w:t>
            </w:r>
            <w:proofErr w:type="spellStart"/>
            <w:r>
              <w:rPr>
                <w:b/>
                <w:color w:val="1A252F"/>
              </w:rPr>
              <w:t>Diplomado</w:t>
            </w:r>
            <w:proofErr w:type="spellEnd"/>
          </w:p>
        </w:tc>
        <w:tc>
          <w:tcPr>
            <w:tcW w:w="51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63DD0" w14:textId="77777777" w:rsidR="00E91DDC" w:rsidRDefault="00000000">
            <w:pPr>
              <w:spacing w:after="20"/>
              <w:jc w:val="right"/>
            </w:pPr>
            <w:r>
              <w:rPr>
                <w:color w:val="666666"/>
                <w:sz w:val="19"/>
              </w:rPr>
              <w:t>Año</w:t>
            </w:r>
          </w:p>
        </w:tc>
      </w:tr>
    </w:tbl>
    <w:p w14:paraId="12399CCD" w14:textId="77777777" w:rsidR="00E91DDC" w:rsidRPr="004B3ECF" w:rsidRDefault="00000000">
      <w:pPr>
        <w:spacing w:after="60"/>
        <w:rPr>
          <w:lang w:val="es-CL"/>
        </w:rPr>
      </w:pPr>
      <w:r w:rsidRPr="004B3ECF">
        <w:rPr>
          <w:b/>
          <w:color w:val="666666"/>
          <w:sz w:val="20"/>
          <w:lang w:val="es-CL"/>
        </w:rPr>
        <w:t>Nombre del Instituto o Plataforma de Certificación</w:t>
      </w:r>
    </w:p>
    <w:p w14:paraId="474113AD" w14:textId="77777777" w:rsidR="00E91DDC" w:rsidRPr="004B3ECF" w:rsidRDefault="00E91DDC">
      <w:pPr>
        <w:rPr>
          <w:lang w:val="es-CL"/>
        </w:rPr>
      </w:pPr>
    </w:p>
    <w:p w14:paraId="269CBE53" w14:textId="77777777" w:rsidR="00E91DDC" w:rsidRDefault="00000000">
      <w:pPr>
        <w:keepNext/>
        <w:pBdr>
          <w:bottom w:val="single" w:sz="6" w:space="4" w:color="DCDDE1"/>
        </w:pBdr>
        <w:spacing w:before="240" w:after="120"/>
      </w:pPr>
      <w:r>
        <w:rPr>
          <w:b/>
          <w:color w:val="2C3E50"/>
          <w:sz w:val="23"/>
        </w:rPr>
        <w:t>APTITUDES CLAVE</w:t>
      </w:r>
    </w:p>
    <w:p w14:paraId="663E2DE6" w14:textId="77777777" w:rsidR="00E91DDC" w:rsidRPr="004B3ECF" w:rsidRDefault="00000000">
      <w:pPr>
        <w:pStyle w:val="Listaconvietas"/>
        <w:spacing w:after="40"/>
        <w:rPr>
          <w:lang w:val="es-CL"/>
        </w:rPr>
      </w:pPr>
      <w:r w:rsidRPr="004B3ECF">
        <w:rPr>
          <w:b/>
          <w:color w:val="2C3E50"/>
          <w:lang w:val="es-CL"/>
        </w:rPr>
        <w:t xml:space="preserve">Habilidades Técnicas: </w:t>
      </w:r>
      <w:r w:rsidRPr="004B3ECF">
        <w:rPr>
          <w:lang w:val="es-CL"/>
        </w:rPr>
        <w:t>Herramienta 1, Herramienta 2, Software A, Metodología X.</w:t>
      </w:r>
    </w:p>
    <w:p w14:paraId="7A73AFC9" w14:textId="77777777" w:rsidR="00E91DDC" w:rsidRPr="004B3ECF" w:rsidRDefault="00000000">
      <w:pPr>
        <w:pStyle w:val="Listaconvietas"/>
        <w:spacing w:after="40"/>
        <w:rPr>
          <w:lang w:val="es-CL"/>
        </w:rPr>
      </w:pPr>
      <w:r w:rsidRPr="004B3ECF">
        <w:rPr>
          <w:b/>
          <w:color w:val="2C3E50"/>
          <w:lang w:val="es-CL"/>
        </w:rPr>
        <w:t xml:space="preserve">Habilidades Blandas: </w:t>
      </w:r>
      <w:r w:rsidRPr="004B3ECF">
        <w:rPr>
          <w:lang w:val="es-CL"/>
        </w:rPr>
        <w:t>Liderazgo de equipos, resolución de problemas, comunicación efectiva, gestión del tiempo.</w:t>
      </w:r>
    </w:p>
    <w:p w14:paraId="432BAD0D" w14:textId="77777777" w:rsidR="00E91DDC" w:rsidRPr="004B3ECF" w:rsidRDefault="00000000">
      <w:pPr>
        <w:pStyle w:val="Listaconvietas"/>
        <w:spacing w:after="40"/>
        <w:rPr>
          <w:lang w:val="es-CL"/>
        </w:rPr>
      </w:pPr>
      <w:r w:rsidRPr="004B3ECF">
        <w:rPr>
          <w:b/>
          <w:color w:val="2C3E50"/>
          <w:lang w:val="es-CL"/>
        </w:rPr>
        <w:t xml:space="preserve">Idiomas: </w:t>
      </w:r>
      <w:proofErr w:type="gramStart"/>
      <w:r w:rsidRPr="004B3ECF">
        <w:rPr>
          <w:lang w:val="es-CL"/>
        </w:rPr>
        <w:t>Español</w:t>
      </w:r>
      <w:proofErr w:type="gramEnd"/>
      <w:r w:rsidRPr="004B3ECF">
        <w:rPr>
          <w:lang w:val="es-CL"/>
        </w:rPr>
        <w:t xml:space="preserve"> (Nativo), </w:t>
      </w:r>
      <w:proofErr w:type="gramStart"/>
      <w:r w:rsidRPr="004B3ECF">
        <w:rPr>
          <w:lang w:val="es-CL"/>
        </w:rPr>
        <w:t>Inglés</w:t>
      </w:r>
      <w:proofErr w:type="gramEnd"/>
      <w:r w:rsidRPr="004B3ECF">
        <w:rPr>
          <w:lang w:val="es-CL"/>
        </w:rPr>
        <w:t xml:space="preserve"> (Avanzado / C1).</w:t>
      </w:r>
    </w:p>
    <w:p w14:paraId="7D9AAF73" w14:textId="77777777" w:rsidR="00E91DDC" w:rsidRDefault="00000000">
      <w:pPr>
        <w:keepNext/>
        <w:pBdr>
          <w:bottom w:val="single" w:sz="6" w:space="4" w:color="DCDDE1"/>
        </w:pBdr>
        <w:spacing w:before="240" w:after="120"/>
      </w:pPr>
      <w:r>
        <w:rPr>
          <w:b/>
          <w:color w:val="2C3E50"/>
          <w:sz w:val="23"/>
        </w:rPr>
        <w:t>PREMIOS Y RECONOCIMIENTOS</w:t>
      </w:r>
    </w:p>
    <w:p w14:paraId="3249C5EA" w14:textId="77777777" w:rsidR="00E91DDC" w:rsidRDefault="00000000">
      <w:pPr>
        <w:pStyle w:val="Listaconvietas"/>
        <w:spacing w:after="40"/>
      </w:pPr>
      <w:r w:rsidRPr="004B3ECF">
        <w:rPr>
          <w:lang w:val="es-CL"/>
        </w:rPr>
        <w:t xml:space="preserve">[Nombre del Reconocimiento] – Otorgado por [Institución/Empresa] ([Año]). </w:t>
      </w:r>
      <w:r>
        <w:t xml:space="preserve">Breve </w:t>
      </w:r>
      <w:proofErr w:type="spellStart"/>
      <w:r>
        <w:t>detalle</w:t>
      </w:r>
      <w:proofErr w:type="spellEnd"/>
      <w:r>
        <w:t xml:space="preserve"> del </w:t>
      </w:r>
      <w:proofErr w:type="spellStart"/>
      <w:r>
        <w:t>logro</w:t>
      </w:r>
      <w:proofErr w:type="spellEnd"/>
      <w:r>
        <w:t>.</w:t>
      </w:r>
    </w:p>
    <w:p w14:paraId="533A74A7" w14:textId="77777777" w:rsidR="00E91DDC" w:rsidRPr="004B3ECF" w:rsidRDefault="00000000">
      <w:pPr>
        <w:pStyle w:val="Listaconvietas"/>
        <w:spacing w:after="40"/>
        <w:rPr>
          <w:lang w:val="es-CL"/>
        </w:rPr>
      </w:pPr>
      <w:r w:rsidRPr="004B3ECF">
        <w:rPr>
          <w:lang w:val="es-CL"/>
        </w:rPr>
        <w:t>[Nombre del Premio] – Otorgado por [Institución/Empresa] ([Año]).</w:t>
      </w:r>
    </w:p>
    <w:sectPr w:rsidR="00E91DDC" w:rsidRPr="004B3ECF" w:rsidSect="00034616">
      <w:pgSz w:w="12240" w:h="15840"/>
      <w:pgMar w:top="1008" w:right="936" w:bottom="100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2332526">
    <w:abstractNumId w:val="8"/>
  </w:num>
  <w:num w:numId="2" w16cid:durableId="394202034">
    <w:abstractNumId w:val="6"/>
  </w:num>
  <w:num w:numId="3" w16cid:durableId="750665079">
    <w:abstractNumId w:val="5"/>
  </w:num>
  <w:num w:numId="4" w16cid:durableId="1434788141">
    <w:abstractNumId w:val="4"/>
  </w:num>
  <w:num w:numId="5" w16cid:durableId="1383866181">
    <w:abstractNumId w:val="7"/>
  </w:num>
  <w:num w:numId="6" w16cid:durableId="1252162754">
    <w:abstractNumId w:val="3"/>
  </w:num>
  <w:num w:numId="7" w16cid:durableId="1100759240">
    <w:abstractNumId w:val="2"/>
  </w:num>
  <w:num w:numId="8" w16cid:durableId="614098024">
    <w:abstractNumId w:val="1"/>
  </w:num>
  <w:num w:numId="9" w16cid:durableId="1147168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B3ECF"/>
    <w:rsid w:val="00AA1D8D"/>
    <w:rsid w:val="00AD57B9"/>
    <w:rsid w:val="00B47730"/>
    <w:rsid w:val="00CB0664"/>
    <w:rsid w:val="00E91DD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1E619B"/>
  <w14:defaultImageDpi w14:val="300"/>
  <w15:docId w15:val="{EAC68D3E-4088-4BF8-A7EE-E7DA126FD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/>
      <w:color w:val="2B2B2B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Pietro Reyes Moreno</cp:lastModifiedBy>
  <cp:revision>2</cp:revision>
  <dcterms:created xsi:type="dcterms:W3CDTF">2013-12-23T23:15:00Z</dcterms:created>
  <dcterms:modified xsi:type="dcterms:W3CDTF">2026-08-09T15:33:00Z</dcterms:modified>
  <cp:category/>
</cp:coreProperties>
</file>